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24FB" w14:textId="71E1A5D3" w:rsidR="008B5E00" w:rsidRPr="0074041F" w:rsidRDefault="00283A9A" w:rsidP="001E1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3366"/>
          <w:sz w:val="24"/>
          <w:szCs w:val="24"/>
        </w:rPr>
        <w:t>CONTRACT DE PRESTĂRI SERVICII</w:t>
      </w:r>
      <w:r w:rsidRPr="0074041F">
        <w:rPr>
          <w:rFonts w:ascii="Times New Roman" w:hAnsi="Times New Roman" w:cs="Times New Roman"/>
          <w:b/>
          <w:color w:val="003366"/>
          <w:sz w:val="24"/>
          <w:szCs w:val="24"/>
        </w:rPr>
        <w:br/>
      </w:r>
      <w:r w:rsidRPr="0074041F">
        <w:rPr>
          <w:rFonts w:ascii="Times New Roman" w:hAnsi="Times New Roman" w:cs="Times New Roman"/>
          <w:b/>
          <w:sz w:val="24"/>
          <w:szCs w:val="24"/>
        </w:rPr>
        <w:t>Nr. ..................... din data de .....................</w:t>
      </w:r>
      <w:r w:rsidRPr="0074041F">
        <w:rPr>
          <w:rFonts w:ascii="Times New Roman" w:hAnsi="Times New Roman" w:cs="Times New Roman"/>
          <w:b/>
          <w:sz w:val="24"/>
          <w:szCs w:val="24"/>
        </w:rPr>
        <w:br/>
        <w:t xml:space="preserve">PENTRU ORGANIZAREA ȘI PROMOVAREA EVENIMENTULUI SPORTIV „FESTIVALUL ARTELOR MARȚIALE” – </w:t>
      </w:r>
      <w:proofErr w:type="spellStart"/>
      <w:r w:rsidRPr="0074041F">
        <w:rPr>
          <w:rFonts w:ascii="Times New Roman" w:hAnsi="Times New Roman" w:cs="Times New Roman"/>
          <w:b/>
          <w:sz w:val="24"/>
          <w:szCs w:val="24"/>
        </w:rPr>
        <w:t>Ediția</w:t>
      </w:r>
      <w:proofErr w:type="spellEnd"/>
      <w:r w:rsidRPr="0074041F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74FD80AE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„Contract”), s-a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nr. 98/2016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:</w:t>
      </w:r>
    </w:p>
    <w:p w14:paraId="3C3E88B3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b/>
          <w:sz w:val="24"/>
          <w:szCs w:val="24"/>
        </w:rPr>
        <w:t>CLUBUL SPORTIV MUNICIPAL CONSTANȚA</w:t>
      </w:r>
      <w:r w:rsidRPr="007404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Constanța,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Bulevardul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Mamaia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nr. 193,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Constanța, cod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45513200,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IBAN nr. [...........................],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Constanța,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r w:rsidRPr="0074041F">
        <w:rPr>
          <w:rFonts w:ascii="Times New Roman" w:hAnsi="Times New Roman" w:cs="Times New Roman"/>
          <w:b/>
          <w:sz w:val="24"/>
          <w:szCs w:val="24"/>
        </w:rPr>
        <w:t>MIHAI OCHIULEȚ</w:t>
      </w:r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Director,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r w:rsidRPr="0074041F">
        <w:rPr>
          <w:rFonts w:ascii="Times New Roman" w:hAnsi="Times New Roman" w:cs="Times New Roman"/>
          <w:b/>
          <w:sz w:val="24"/>
          <w:szCs w:val="24"/>
        </w:rPr>
        <w:t>ACHIZITOR</w:t>
      </w:r>
      <w:r w:rsidRPr="0074041F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,</w:t>
      </w:r>
      <w:r w:rsidRPr="0074041F">
        <w:rPr>
          <w:rFonts w:ascii="Times New Roman" w:hAnsi="Times New Roman" w:cs="Times New Roman"/>
          <w:sz w:val="24"/>
          <w:szCs w:val="24"/>
        </w:rPr>
        <w:br/>
      </w:r>
      <w:r w:rsidRPr="0074041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br/>
      </w:r>
      <w:r w:rsidRPr="0074041F">
        <w:rPr>
          <w:rFonts w:ascii="Times New Roman" w:hAnsi="Times New Roman" w:cs="Times New Roman"/>
          <w:sz w:val="24"/>
          <w:szCs w:val="24"/>
        </w:rPr>
        <w:br/>
      </w:r>
      <w:r w:rsidRPr="0074041F">
        <w:rPr>
          <w:rFonts w:ascii="Times New Roman" w:hAnsi="Times New Roman" w:cs="Times New Roman"/>
          <w:b/>
          <w:sz w:val="24"/>
          <w:szCs w:val="24"/>
        </w:rPr>
        <w:t>[DENUMIREA OPERATORULUI ECONOMIC / ONG]</w:t>
      </w:r>
      <w:r w:rsidRPr="007404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[...........................], str. [...........................], nr. [......],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[...........................], e-mail: [...........................],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Asociațiilor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Fundațiilor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[...........................], Cod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[...........................],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IBAN [...........................]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[...........................],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[...........................],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r w:rsidRPr="0074041F">
        <w:rPr>
          <w:rFonts w:ascii="Times New Roman" w:hAnsi="Times New Roman" w:cs="Times New Roman"/>
          <w:b/>
          <w:sz w:val="24"/>
          <w:szCs w:val="24"/>
        </w:rPr>
        <w:t>PRESTATOR</w:t>
      </w:r>
      <w:r w:rsidRPr="0074041F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60F0DAC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1. OBIECTUL CONTRACTULUI</w:t>
      </w:r>
    </w:p>
    <w:p w14:paraId="4A8C66BC" w14:textId="1779DDCE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integrate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Artelor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Marțiale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2026”,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data de </w:t>
      </w:r>
      <w:r w:rsidR="00335F91">
        <w:rPr>
          <w:rFonts w:ascii="Times New Roman" w:hAnsi="Times New Roman" w:cs="Times New Roman"/>
          <w:sz w:val="24"/>
          <w:szCs w:val="24"/>
        </w:rPr>
        <w:t>19</w:t>
      </w:r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5F9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Constanța (Sala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„Simona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Amânar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Ovidiu),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074E1FAE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cheie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incluzând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scenotehnice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producția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transmisiunea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LIVE,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CNFPA,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pachetele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logistice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solicitate.</w:t>
      </w:r>
    </w:p>
    <w:p w14:paraId="5B220078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2. PREȚUL CONTRACTULUI ȘI VALOAREA ESTIMATĂ</w:t>
      </w:r>
    </w:p>
    <w:p w14:paraId="4278E684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convenit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[...........................] LEI, la care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adaugă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TVA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[...........................] LEI,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rezultând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un total de [...........................] LEI cu TVA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33303783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lastRenderedPageBreak/>
        <w:t xml:space="preserve">2.2.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logistica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onorariile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pachetele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ospitalitate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intra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5BCE6319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ferm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ajustat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aplicării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reechilibrare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contract.</w:t>
      </w:r>
    </w:p>
    <w:p w14:paraId="17BC8D00" w14:textId="26880FE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3. MODALITĂȚILE DE PLATĂ</w:t>
      </w:r>
    </w:p>
    <w:p w14:paraId="5F7CA76F" w14:textId="0691BCEA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>3.</w:t>
      </w:r>
      <w:r w:rsidR="002047E1">
        <w:rPr>
          <w:rFonts w:ascii="Times New Roman" w:hAnsi="Times New Roman" w:cs="Times New Roman"/>
          <w:sz w:val="24"/>
          <w:szCs w:val="24"/>
        </w:rPr>
        <w:t>1</w:t>
      </w:r>
      <w:r w:rsidRPr="0074041F">
        <w:rPr>
          <w:rFonts w:ascii="Times New Roman" w:hAnsi="Times New Roman" w:cs="Times New Roman"/>
          <w:sz w:val="24"/>
          <w:szCs w:val="24"/>
        </w:rPr>
        <w:t xml:space="preserve">. Plata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termen de maximum 30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obiecțiuni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Recepție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C30334D" w14:textId="163D5D0F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>3.</w:t>
      </w:r>
      <w:r w:rsidR="002047E1">
        <w:rPr>
          <w:rFonts w:ascii="Times New Roman" w:hAnsi="Times New Roman" w:cs="Times New Roman"/>
          <w:sz w:val="24"/>
          <w:szCs w:val="24"/>
        </w:rPr>
        <w:t>2</w:t>
      </w:r>
      <w:r w:rsidRPr="007404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Facturarea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condiționată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direct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Final de Activitate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însoțite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solicitate.</w:t>
      </w:r>
    </w:p>
    <w:p w14:paraId="702CF2FA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4. GARANȚIA DE BUNĂ EXECUȚIE ȘI DE RESTITUIRE </w:t>
      </w:r>
      <w:proofErr w:type="gramStart"/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AVANSULUI</w:t>
      </w:r>
    </w:p>
    <w:p w14:paraId="07725124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5%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TVA,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[...........................] LEI,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termen de maximum 5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79F9058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Restituire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Avansului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-un instrument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garantare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garanție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bancară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poliță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acoperi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avansului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recepția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F7157A2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5. OBLIGAȚIILE TEHNICE ȘI LOGISTICE ALE PRESTATORUI</w:t>
      </w:r>
    </w:p>
    <w:p w14:paraId="4A3BCF9F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Scenotehnică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Amplasamente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montajul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 scene de 6x4m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echipate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sonorizare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localizată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Sala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ora 06:30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Ovidiu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ora 09:30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dotată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ecran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LED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dimensiuni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).</w:t>
      </w:r>
    </w:p>
    <w:p w14:paraId="7398E492" w14:textId="384ED103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5.2. Logistica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Sportivă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Delimitări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închiria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transporta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r w:rsidR="001E1111" w:rsidRPr="0074041F">
        <w:rPr>
          <w:rFonts w:ascii="Times New Roman" w:hAnsi="Times New Roman" w:cs="Times New Roman"/>
          <w:sz w:val="24"/>
          <w:szCs w:val="24"/>
        </w:rPr>
        <w:t>2</w:t>
      </w:r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suprafețe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tip tatami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ringuri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arte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marțiale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Ovidiu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ora 11:00.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garduri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securizarea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perimetrului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demonstrații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toalete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deservite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interactive tip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Speedkick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795A0B21" w14:textId="42678E73" w:rsidR="00B67EB3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publicitate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publicitare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constând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expozițională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cort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marcata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ale CSM Constanța.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propritatea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="00B67EB3" w:rsidRPr="00B67EB3">
        <w:t xml:space="preserve"> </w:t>
      </w:r>
      <w:proofErr w:type="spellStart"/>
      <w:r w:rsidR="00B67EB3">
        <w:t>p</w:t>
      </w:r>
      <w:r w:rsidR="00B67EB3" w:rsidRPr="00B67EB3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campaniile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viitoare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marcată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permanent cu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ale CSM Constanța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reutilizat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alt scop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B3" w:rsidRPr="00B67EB3">
        <w:rPr>
          <w:rFonts w:ascii="Times New Roman" w:hAnsi="Times New Roman" w:cs="Times New Roman"/>
          <w:sz w:val="24"/>
          <w:szCs w:val="24"/>
        </w:rPr>
        <w:t>prestator</w:t>
      </w:r>
      <w:proofErr w:type="spellEnd"/>
      <w:r w:rsidR="00B67EB3" w:rsidRPr="00B67EB3">
        <w:rPr>
          <w:rFonts w:ascii="Times New Roman" w:hAnsi="Times New Roman" w:cs="Times New Roman"/>
          <w:sz w:val="24"/>
          <w:szCs w:val="24"/>
        </w:rPr>
        <w:t>.</w:t>
      </w:r>
    </w:p>
    <w:p w14:paraId="60288411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lastRenderedPageBreak/>
        <w:t xml:space="preserve">5.4.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Cupe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Distincții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livra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40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cupe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personalizate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premierii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școlilor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cluburilor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ceremoniei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închidere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oficială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0D5F693B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6. OBLIGAȚIILE PRIVIND RESURSELE UMANE ȘI CURSUL CNFPA</w:t>
      </w:r>
    </w:p>
    <w:p w14:paraId="2054A2E0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6.1. Management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(Sensei):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coordonarea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cluburi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850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sportivi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antrenori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nucleu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management format din minimum 2-4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experți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arte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marțiale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(Sensei),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deținători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centurii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negre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experiență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confirmată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minimum 8 ani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69F925D1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6.2.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colaboratori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mobiliza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minimum 20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operațional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(check-in,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aliniere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defilare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ringuri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livra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25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tricouri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personalizate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staff,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5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mascote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profesioniste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4 ore.</w:t>
      </w:r>
    </w:p>
    <w:p w14:paraId="162CB6D8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6.3.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CNFPA: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finanța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un curs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acreditat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Antrenorilor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(CNFPA).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oferit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instructorilor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antrenorilor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acreditați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școlilor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participante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certificatele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C6F2FDE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7. OBLIGAȚIILE MEDIA, PR ȘI TRANSMISIUNI LIVE</w:t>
      </w:r>
    </w:p>
    <w:p w14:paraId="608C48B7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7.1.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Transmisiune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LIVE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producția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direct (LIVE)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Ovidiu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ora 12:00)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oficiale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Facebook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YouTube ale CSM Constanța.</w:t>
      </w:r>
    </w:p>
    <w:p w14:paraId="00CE71FF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Echipa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mobiliza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fotograf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videograf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paradei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ora 11:00)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un MC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/moderator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minimum 8 ore.</w:t>
      </w:r>
    </w:p>
    <w:p w14:paraId="0AF7EB21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7.3. Campania de PR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Branding: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rula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campania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influencerilor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stabiliți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produce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radio,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comunicatele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livra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materialele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print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afișe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A3, 25-50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bannere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însumând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100 ml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steaguri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personalizate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).</w:t>
      </w:r>
    </w:p>
    <w:p w14:paraId="6403F9E6" w14:textId="096A0F65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8. REGIMUL </w:t>
      </w:r>
      <w:r w:rsidR="001E1111"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COTURILOR LOGISTICE </w:t>
      </w: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(CAZARE ȘI MASĂ)</w:t>
      </w:r>
    </w:p>
    <w:p w14:paraId="0796D8A4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Antrenori: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acoperi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34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antrenorilor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oficialilor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cluburilor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participante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4101D2E9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Pachete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VIP: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referință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artele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marțiale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invitat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special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229681E5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9. SĂNĂTATE ȘI SECURITATE ÎN MUNCĂ (SSM) ȘI PROTECȚIA MEDIULUI</w:t>
      </w:r>
    </w:p>
    <w:p w14:paraId="0301ECC3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lastRenderedPageBreak/>
        <w:t xml:space="preserve">9.1.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dispoziție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Ambulanță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echipată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medic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dispozitiv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format din minimum 4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agenți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calificați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intervalul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10:00 – 16:00,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incluzând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7BE49BA6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9.2.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SSM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SU: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(Legea nr. 319/2006)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propriul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staff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perimetreze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securizeze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montajului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grele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(scene,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ringuri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garduri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).</w:t>
      </w:r>
    </w:p>
    <w:p w14:paraId="0C3432F6" w14:textId="221E2DC1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9.3.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colecta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gestiona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elimina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generate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desfășurare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(Sala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Sporturilor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Ovidiu),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amplasamentelor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perfectă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curățenie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data de </w:t>
      </w:r>
      <w:r w:rsidR="00335F91"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 w:rsidR="00335F91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2026, ora 21:00.</w:t>
      </w:r>
    </w:p>
    <w:p w14:paraId="4993B0F4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10. SANCȚIUNI PENTRU NEÎNDEPLINIREA CULPABILĂ A OBLIGAȚIILOR</w:t>
      </w:r>
    </w:p>
    <w:p w14:paraId="41F85336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10.1.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Penalități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penalități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0,1% pe zi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rămase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neprestate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6E9D1EE6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10.2.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- Siguranță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Medical: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obligativității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4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agenți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ambulanței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medic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graficului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suspendarea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penalități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20%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asumându-și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daunele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1CB7470E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10.3.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- Componenta Media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Transmisie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LIVE: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transmisiunea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LIVE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YouTube/FB ale CSM Constanța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campania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influenceri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validați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reține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30%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plății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finale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3E2DB456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10.4.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Logistică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Curs: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vizuală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CNFPA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necorespunzător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voluntarilor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deducere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5% din factura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7A6C0F52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10.5.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anulării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din culpa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exclusivă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încasarea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avansului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restitui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termen de 3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imediate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Avans.</w:t>
      </w:r>
    </w:p>
    <w:p w14:paraId="1E94B2F4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11. RECONCILIEREA ȘI MENȚINEREA ECHILIBRULUI CONTRACTUAL (IMPREVIZIUNEA</w:t>
      </w:r>
      <w:r w:rsidRPr="0074041F">
        <w:rPr>
          <w:rFonts w:ascii="Times New Roman" w:hAnsi="Times New Roman" w:cs="Times New Roman"/>
          <w:b/>
          <w:color w:val="003366"/>
          <w:sz w:val="24"/>
          <w:szCs w:val="24"/>
        </w:rPr>
        <w:t>)</w:t>
      </w:r>
    </w:p>
    <w:p w14:paraId="49A1FF59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11.1.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gramStart"/>
      <w:r w:rsidRPr="0074041F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menținerii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echilibrului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contractual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66CDE8D3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11.2.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apariției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împrejurări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excepționale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extraordinar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puteau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rezonabil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voința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devină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excesiv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oneroasă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lastRenderedPageBreak/>
        <w:t>părțile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renegocia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bună-credință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restabilirii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echilibrului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valoric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inițial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0469CB49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11.3. Orice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renegociere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limitelor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instituite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Legea nr. 98/2016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69A860D2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12. RECEPȚIA SERVICIILOR ȘI REZILIEREA UNILATERALĂ</w:t>
      </w:r>
    </w:p>
    <w:p w14:paraId="7B97460E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12.1.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Recepția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Recepție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ambele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obiecțiuni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75678B42" w14:textId="0883F70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12.2.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Final de Activitate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siguranței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CNFPA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)</w:t>
      </w:r>
      <w:r w:rsidR="00B67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Media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(link-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live,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postări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printuri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).</w:t>
      </w:r>
    </w:p>
    <w:p w14:paraId="20564CB4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12.3.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rezervă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rezilia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unilateral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abandonează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încalcă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transmisiune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media.</w:t>
      </w:r>
    </w:p>
    <w:p w14:paraId="29C95442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13. MEDIEREA CA ETAPĂ PREALABILĂ ȘI SOLUȚIONAREA LITIGIILOR</w:t>
      </w:r>
    </w:p>
    <w:p w14:paraId="2BB22AAA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13.1.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diferend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neînțelegere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litigiu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interpretarea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soluționat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pe cale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autorizați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6D1B888F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13.2.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disputa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soluționată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amiabil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termen de 15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notificării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convin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apeleze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medierii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nr. 192/2006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medierea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profesiei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mediator.</w:t>
      </w:r>
    </w:p>
    <w:p w14:paraId="5452B6C1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13.3.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medierii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etapă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prealabilă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instanțelor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medierea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eșuează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ajung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declanșarea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litigiul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trimis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instanțelor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teritorial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Achizitorului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Constanța.</w:t>
      </w:r>
    </w:p>
    <w:p w14:paraId="0439FE08" w14:textId="77777777" w:rsidR="008B5E00" w:rsidRPr="0074041F" w:rsidRDefault="00283A9A" w:rsidP="001E1111">
      <w:pPr>
        <w:spacing w:before="240" w:after="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14. DISPOZIȚII FINALE</w:t>
      </w:r>
    </w:p>
    <w:p w14:paraId="3FD32C4F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14.1.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materialele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audio-video,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fotografiile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spoturile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de branding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devin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intelectuală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exclusivă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a CSM Constanța.</w:t>
      </w:r>
    </w:p>
    <w:p w14:paraId="23579D68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14.2. Limba care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guvernează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aplicabilă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733E55ED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t xml:space="preserve">14.3.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contract a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.....................,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aceeași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041F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74041F">
        <w:rPr>
          <w:rFonts w:ascii="Times New Roman" w:hAnsi="Times New Roman" w:cs="Times New Roman"/>
          <w:sz w:val="24"/>
          <w:szCs w:val="24"/>
        </w:rPr>
        <w:t>.</w:t>
      </w:r>
    </w:p>
    <w:p w14:paraId="39735950" w14:textId="77777777" w:rsidR="008B5E00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  <w:r w:rsidRPr="0074041F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74041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B5E00" w:rsidRPr="0074041F" w14:paraId="159DA78E" w14:textId="77777777">
        <w:tc>
          <w:tcPr>
            <w:tcW w:w="4320" w:type="dxa"/>
          </w:tcPr>
          <w:p w14:paraId="1936216A" w14:textId="4474EDC4" w:rsidR="008B5E00" w:rsidRPr="0074041F" w:rsidRDefault="00283A9A" w:rsidP="001E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Achizitor</w:t>
            </w:r>
            <w:proofErr w:type="spellEnd"/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CLUBUL SPORTIV MUNICIPAL</w:t>
            </w:r>
            <w:r w:rsidR="001E1111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CONSTANȚA</w:t>
            </w:r>
          </w:p>
        </w:tc>
        <w:tc>
          <w:tcPr>
            <w:tcW w:w="4320" w:type="dxa"/>
          </w:tcPr>
          <w:p w14:paraId="4CACA0B2" w14:textId="18A7BAF6" w:rsidR="008B5E00" w:rsidRPr="0074041F" w:rsidRDefault="001E1111" w:rsidP="001E1111">
            <w:pPr>
              <w:ind w:left="631" w:hanging="13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proofErr w:type="spellStart"/>
            <w:r w:rsidR="00283A9A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Pentru</w:t>
            </w:r>
            <w:proofErr w:type="spellEnd"/>
            <w:r w:rsidR="00283A9A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83A9A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Prestator</w:t>
            </w:r>
            <w:proofErr w:type="spellEnd"/>
            <w:r w:rsidR="00283A9A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83A9A" w:rsidRPr="0074041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[......................................................]</w:t>
            </w:r>
          </w:p>
        </w:tc>
      </w:tr>
      <w:tr w:rsidR="008B5E00" w:rsidRPr="0074041F" w14:paraId="62D5A6F5" w14:textId="77777777">
        <w:tc>
          <w:tcPr>
            <w:tcW w:w="4320" w:type="dxa"/>
          </w:tcPr>
          <w:p w14:paraId="5C31B2B9" w14:textId="77777777" w:rsidR="008B5E00" w:rsidRPr="0074041F" w:rsidRDefault="008B5E00" w:rsidP="001E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9A24FA0" w14:textId="77777777" w:rsidR="008B5E00" w:rsidRPr="0074041F" w:rsidRDefault="008B5E00" w:rsidP="001E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00" w:rsidRPr="0074041F" w14:paraId="443570C9" w14:textId="77777777">
        <w:tc>
          <w:tcPr>
            <w:tcW w:w="4320" w:type="dxa"/>
          </w:tcPr>
          <w:p w14:paraId="3972EC55" w14:textId="77777777" w:rsidR="008B5E00" w:rsidRPr="0074041F" w:rsidRDefault="00283A9A" w:rsidP="001E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MIHAI OCHIULEȚ</w:t>
            </w:r>
            <w:r w:rsidRPr="0074041F">
              <w:rPr>
                <w:rFonts w:ascii="Times New Roman" w:hAnsi="Times New Roman" w:cs="Times New Roman"/>
                <w:sz w:val="24"/>
                <w:szCs w:val="24"/>
              </w:rPr>
              <w:br/>
              <w:t>DIRECTOR</w:t>
            </w:r>
          </w:p>
        </w:tc>
        <w:tc>
          <w:tcPr>
            <w:tcW w:w="4320" w:type="dxa"/>
          </w:tcPr>
          <w:p w14:paraId="08E13EDE" w14:textId="77777777" w:rsidR="008B5E00" w:rsidRPr="0074041F" w:rsidRDefault="00283A9A" w:rsidP="001E1111">
            <w:pPr>
              <w:ind w:left="6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 xml:space="preserve"> Legal]</w:t>
            </w:r>
            <w:r w:rsidRPr="0074041F">
              <w:rPr>
                <w:rFonts w:ascii="Times New Roman" w:hAnsi="Times New Roman" w:cs="Times New Roman"/>
                <w:sz w:val="24"/>
                <w:szCs w:val="24"/>
              </w:rPr>
              <w:br/>
              <w:t>[</w:t>
            </w:r>
            <w:proofErr w:type="spellStart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Funcție</w:t>
            </w:r>
            <w:proofErr w:type="spellEnd"/>
            <w:r w:rsidRPr="0074041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134BA51" w14:textId="77777777" w:rsidR="00283A9A" w:rsidRPr="0074041F" w:rsidRDefault="00283A9A" w:rsidP="001E11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3A9A" w:rsidRPr="0074041F" w:rsidSect="0074041F">
      <w:pgSz w:w="12240" w:h="15840"/>
      <w:pgMar w:top="1440" w:right="180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3730420">
    <w:abstractNumId w:val="8"/>
  </w:num>
  <w:num w:numId="2" w16cid:durableId="484971872">
    <w:abstractNumId w:val="6"/>
  </w:num>
  <w:num w:numId="3" w16cid:durableId="1407024837">
    <w:abstractNumId w:val="5"/>
  </w:num>
  <w:num w:numId="4" w16cid:durableId="881937094">
    <w:abstractNumId w:val="4"/>
  </w:num>
  <w:num w:numId="5" w16cid:durableId="251013280">
    <w:abstractNumId w:val="7"/>
  </w:num>
  <w:num w:numId="6" w16cid:durableId="879246558">
    <w:abstractNumId w:val="3"/>
  </w:num>
  <w:num w:numId="7" w16cid:durableId="1065225569">
    <w:abstractNumId w:val="2"/>
  </w:num>
  <w:num w:numId="8" w16cid:durableId="389573604">
    <w:abstractNumId w:val="1"/>
  </w:num>
  <w:num w:numId="9" w16cid:durableId="145413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54A7"/>
    <w:rsid w:val="001E1111"/>
    <w:rsid w:val="002047E1"/>
    <w:rsid w:val="00283A9A"/>
    <w:rsid w:val="0029639D"/>
    <w:rsid w:val="00326F90"/>
    <w:rsid w:val="00335F91"/>
    <w:rsid w:val="005A547F"/>
    <w:rsid w:val="00651541"/>
    <w:rsid w:val="0074041F"/>
    <w:rsid w:val="00855D42"/>
    <w:rsid w:val="008B5E00"/>
    <w:rsid w:val="00994D2B"/>
    <w:rsid w:val="00AA1D8D"/>
    <w:rsid w:val="00B47730"/>
    <w:rsid w:val="00B67EB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2C7306"/>
  <w14:defaultImageDpi w14:val="300"/>
  <w15:docId w15:val="{97B82110-A3BA-4877-B471-5BB72EB4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>generated by python-docx</dc:description>
  <cp:lastModifiedBy>Iulian M</cp:lastModifiedBy>
  <cp:revision>2</cp:revision>
  <dcterms:created xsi:type="dcterms:W3CDTF">2026-08-26T15:50:00Z</dcterms:created>
  <dcterms:modified xsi:type="dcterms:W3CDTF">2026-08-26T15:50:00Z</dcterms:modified>
  <cp:category/>
</cp:coreProperties>
</file>